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FE60" w14:textId="4D7B50E7" w:rsidR="00EE1509" w:rsidRPr="0087150C" w:rsidRDefault="006F4DB8">
      <w:pPr>
        <w:spacing w:after="360"/>
        <w:jc w:val="center"/>
        <w:rPr>
          <w:rFonts w:ascii="Meiryo UI" w:eastAsia="Meiryo UI" w:hAnsi="Meiryo UI"/>
          <w:u w:val="single"/>
          <w:lang w:eastAsia="ja-JP"/>
        </w:rPr>
      </w:pPr>
      <w:r w:rsidRPr="0087150C">
        <w:rPr>
          <w:rFonts w:ascii="Meiryo UI" w:eastAsia="Meiryo UI" w:hAnsi="Meiryo UI"/>
          <w:b/>
          <w:color w:val="1F4E79"/>
          <w:sz w:val="36"/>
          <w:u w:val="single"/>
          <w:lang w:eastAsia="ja-JP"/>
        </w:rPr>
        <w:t>第1</w:t>
      </w:r>
      <w:r w:rsidR="0087150C" w:rsidRPr="0087150C">
        <w:rPr>
          <w:rFonts w:ascii="Meiryo UI" w:eastAsia="Meiryo UI" w:hAnsi="Meiryo UI" w:hint="eastAsia"/>
          <w:b/>
          <w:color w:val="1F4E79"/>
          <w:sz w:val="36"/>
          <w:u w:val="single"/>
          <w:lang w:eastAsia="ja-JP"/>
        </w:rPr>
        <w:t>7</w:t>
      </w:r>
      <w:r w:rsidRPr="0087150C">
        <w:rPr>
          <w:rFonts w:ascii="Meiryo UI" w:eastAsia="Meiryo UI" w:hAnsi="Meiryo UI"/>
          <w:b/>
          <w:color w:val="1F4E79"/>
          <w:sz w:val="36"/>
          <w:u w:val="single"/>
          <w:lang w:eastAsia="ja-JP"/>
        </w:rPr>
        <w:t>回 小松川地区東大島ドラゴンボート大会 募集要綱</w:t>
      </w:r>
    </w:p>
    <w:p w14:paraId="66966830" w14:textId="77777777" w:rsidR="00EE1509" w:rsidRPr="0087150C" w:rsidRDefault="006F4DB8">
      <w:pPr>
        <w:keepNext/>
        <w:pBdr>
          <w:bottom w:val="single" w:sz="12" w:space="4" w:color="1F4E79"/>
        </w:pBdr>
        <w:spacing w:before="280" w:after="120"/>
        <w:rPr>
          <w:rFonts w:ascii="Meiryo UI" w:eastAsia="Meiryo UI" w:hAnsi="Meiryo UI"/>
        </w:rPr>
      </w:pPr>
      <w:r w:rsidRPr="0087150C">
        <w:rPr>
          <w:rFonts w:ascii="Meiryo UI" w:eastAsia="Meiryo UI" w:hAnsi="Meiryo UI"/>
          <w:b/>
          <w:color w:val="1F4E79"/>
          <w:sz w:val="26"/>
        </w:rPr>
        <w:t xml:space="preserve">■ </w:t>
      </w:r>
      <w:proofErr w:type="spellStart"/>
      <w:r w:rsidRPr="0087150C">
        <w:rPr>
          <w:rFonts w:ascii="Meiryo UI" w:eastAsia="Meiryo UI" w:hAnsi="Meiryo UI"/>
          <w:b/>
          <w:color w:val="1F4E79"/>
          <w:sz w:val="26"/>
        </w:rPr>
        <w:t>開催日時</w:t>
      </w:r>
      <w:proofErr w:type="spellEnd"/>
    </w:p>
    <w:p w14:paraId="3327E5EF" w14:textId="0AC1131F" w:rsidR="00EE1509" w:rsidRPr="0087150C" w:rsidRDefault="006F4DB8">
      <w:pPr>
        <w:spacing w:after="80"/>
        <w:ind w:left="216"/>
        <w:rPr>
          <w:rFonts w:ascii="Meiryo UI" w:eastAsia="Meiryo UI" w:hAnsi="Meiryo UI"/>
        </w:rPr>
      </w:pPr>
      <w:r w:rsidRPr="0087150C">
        <w:rPr>
          <w:rFonts w:ascii="Meiryo UI" w:eastAsia="Meiryo UI" w:hAnsi="Meiryo UI"/>
          <w:b/>
          <w:sz w:val="22"/>
        </w:rPr>
        <w:t>202</w:t>
      </w:r>
      <w:r w:rsidR="0087150C" w:rsidRPr="0087150C">
        <w:rPr>
          <w:rFonts w:ascii="Meiryo UI" w:eastAsia="Meiryo UI" w:hAnsi="Meiryo UI" w:hint="eastAsia"/>
          <w:b/>
          <w:sz w:val="22"/>
          <w:lang w:eastAsia="ja-JP"/>
        </w:rPr>
        <w:t>6</w:t>
      </w:r>
      <w:r w:rsidRPr="0087150C">
        <w:rPr>
          <w:rFonts w:ascii="Meiryo UI" w:eastAsia="Meiryo UI" w:hAnsi="Meiryo UI"/>
          <w:b/>
          <w:sz w:val="22"/>
        </w:rPr>
        <w:t>年</w:t>
      </w:r>
      <w:r w:rsidR="0087150C" w:rsidRPr="0087150C">
        <w:rPr>
          <w:rFonts w:ascii="Meiryo UI" w:eastAsia="Meiryo UI" w:hAnsi="Meiryo UI" w:hint="eastAsia"/>
          <w:b/>
          <w:sz w:val="22"/>
          <w:lang w:eastAsia="ja-JP"/>
        </w:rPr>
        <w:t>11</w:t>
      </w:r>
      <w:r w:rsidRPr="0087150C">
        <w:rPr>
          <w:rFonts w:ascii="Meiryo UI" w:eastAsia="Meiryo UI" w:hAnsi="Meiryo UI"/>
          <w:b/>
          <w:sz w:val="22"/>
        </w:rPr>
        <w:t>月2</w:t>
      </w:r>
      <w:r w:rsidR="0087150C" w:rsidRPr="0087150C">
        <w:rPr>
          <w:rFonts w:ascii="Meiryo UI" w:eastAsia="Meiryo UI" w:hAnsi="Meiryo UI" w:hint="eastAsia"/>
          <w:b/>
          <w:sz w:val="22"/>
          <w:lang w:eastAsia="ja-JP"/>
        </w:rPr>
        <w:t>2</w:t>
      </w:r>
      <w:r w:rsidRPr="0087150C">
        <w:rPr>
          <w:rFonts w:ascii="Meiryo UI" w:eastAsia="Meiryo UI" w:hAnsi="Meiryo UI"/>
          <w:b/>
          <w:sz w:val="22"/>
        </w:rPr>
        <w:t>日(日)</w:t>
      </w:r>
    </w:p>
    <w:p w14:paraId="1CACDC44" w14:textId="77777777" w:rsidR="00EE1509" w:rsidRPr="0087150C" w:rsidRDefault="006F4DB8">
      <w:pPr>
        <w:pStyle w:val="a0"/>
        <w:spacing w:before="40" w:after="60"/>
        <w:rPr>
          <w:rFonts w:ascii="Meiryo UI" w:eastAsia="Meiryo UI" w:hAnsi="Meiryo UI"/>
          <w:lang w:eastAsia="ja-JP"/>
        </w:rPr>
      </w:pPr>
      <w:r w:rsidRPr="0087150C">
        <w:rPr>
          <w:rFonts w:ascii="Meiryo UI" w:eastAsia="Meiryo UI" w:hAnsi="Meiryo UI"/>
          <w:lang w:eastAsia="ja-JP"/>
        </w:rPr>
        <w:t>雨天決行。ただし台風など荒天が見込まれる場合は前日もしくは当日早朝判断で中止とします。</w:t>
      </w:r>
    </w:p>
    <w:p w14:paraId="2E8AD965" w14:textId="77777777" w:rsidR="00EE1509" w:rsidRPr="00BE5E24" w:rsidRDefault="006F4DB8">
      <w:pPr>
        <w:pStyle w:val="a0"/>
        <w:spacing w:before="40" w:after="60"/>
        <w:rPr>
          <w:rFonts w:ascii="Meiryo UI" w:eastAsia="Meiryo UI" w:hAnsi="Meiryo UI"/>
          <w:lang w:eastAsia="ja-JP"/>
        </w:rPr>
      </w:pPr>
      <w:r w:rsidRPr="0087150C">
        <w:rPr>
          <w:rFonts w:ascii="Meiryo UI" w:eastAsia="Meiryo UI" w:hAnsi="Meiryo UI"/>
          <w:lang w:eastAsia="ja-JP"/>
        </w:rPr>
        <w:t>コロナ等感染症状況および東京都・江戸</w:t>
      </w:r>
      <w:r w:rsidRPr="00BE5E24">
        <w:rPr>
          <w:rFonts w:ascii="Meiryo UI" w:eastAsia="Meiryo UI" w:hAnsi="Meiryo UI"/>
          <w:lang w:eastAsia="ja-JP"/>
        </w:rPr>
        <w:t>川区の規制により中止の可能性があります。</w:t>
      </w:r>
    </w:p>
    <w:p w14:paraId="1FC2D67A" w14:textId="77777777" w:rsidR="00EE1509" w:rsidRPr="00BE5E24" w:rsidRDefault="006F4DB8">
      <w:pPr>
        <w:keepNext/>
        <w:pBdr>
          <w:bottom w:val="single" w:sz="12" w:space="4" w:color="1F4E79"/>
        </w:pBdr>
        <w:spacing w:before="280" w:after="120"/>
        <w:rPr>
          <w:rFonts w:ascii="Meiryo UI" w:eastAsia="Meiryo UI" w:hAnsi="Meiryo UI"/>
        </w:rPr>
      </w:pPr>
      <w:r w:rsidRPr="00BE5E24">
        <w:rPr>
          <w:rFonts w:ascii="Meiryo UI" w:eastAsia="Meiryo UI" w:hAnsi="Meiryo UI"/>
          <w:b/>
          <w:color w:val="1F4E79"/>
          <w:sz w:val="26"/>
        </w:rPr>
        <w:t xml:space="preserve">■ </w:t>
      </w:r>
      <w:proofErr w:type="spellStart"/>
      <w:r w:rsidRPr="00BE5E24">
        <w:rPr>
          <w:rFonts w:ascii="Meiryo UI" w:eastAsia="Meiryo UI" w:hAnsi="Meiryo UI"/>
          <w:b/>
          <w:color w:val="1F4E79"/>
          <w:sz w:val="26"/>
        </w:rPr>
        <w:t>大会スケジュール</w:t>
      </w:r>
      <w:proofErr w:type="spellEnd"/>
    </w:p>
    <w:tbl>
      <w:tblPr>
        <w:tblW w:w="0" w:type="auto"/>
        <w:jc w:val="center"/>
        <w:tblLook w:val="04A0" w:firstRow="1" w:lastRow="0" w:firstColumn="1" w:lastColumn="0" w:noHBand="0" w:noVBand="1"/>
      </w:tblPr>
      <w:tblGrid>
        <w:gridCol w:w="3168"/>
        <w:gridCol w:w="6192"/>
      </w:tblGrid>
      <w:tr w:rsidR="00EE1509" w:rsidRPr="00BE5E24" w14:paraId="157240A4" w14:textId="77777777">
        <w:trPr>
          <w:jc w:val="center"/>
        </w:trPr>
        <w:tc>
          <w:tcPr>
            <w:tcW w:w="3168" w:type="dxa"/>
            <w:tcBorders>
              <w:bottom w:val="single" w:sz="4" w:space="0" w:color="E0E0E0"/>
            </w:tcBorders>
          </w:tcPr>
          <w:p w14:paraId="10AAD78C" w14:textId="77777777" w:rsidR="00EE1509" w:rsidRPr="00BE5E24" w:rsidRDefault="006F4DB8">
            <w:pPr>
              <w:spacing w:before="40" w:after="40"/>
              <w:rPr>
                <w:rFonts w:ascii="Meiryo UI" w:eastAsia="Meiryo UI" w:hAnsi="Meiryo UI"/>
              </w:rPr>
            </w:pPr>
            <w:r w:rsidRPr="00BE5E24">
              <w:rPr>
                <w:rFonts w:ascii="Meiryo UI" w:eastAsia="Meiryo UI" w:hAnsi="Meiryo UI"/>
                <w:b/>
              </w:rPr>
              <w:t>8:30</w:t>
            </w:r>
          </w:p>
        </w:tc>
        <w:tc>
          <w:tcPr>
            <w:tcW w:w="6192" w:type="dxa"/>
            <w:tcBorders>
              <w:bottom w:val="single" w:sz="4" w:space="0" w:color="E0E0E0"/>
            </w:tcBorders>
          </w:tcPr>
          <w:p w14:paraId="051BC571"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rPr>
              <w:t>受付開始</w:t>
            </w:r>
            <w:proofErr w:type="spellEnd"/>
          </w:p>
        </w:tc>
      </w:tr>
      <w:tr w:rsidR="00EE1509" w:rsidRPr="00BE5E24" w14:paraId="071988BA" w14:textId="77777777">
        <w:trPr>
          <w:jc w:val="center"/>
        </w:trPr>
        <w:tc>
          <w:tcPr>
            <w:tcW w:w="3168" w:type="dxa"/>
            <w:tcBorders>
              <w:bottom w:val="single" w:sz="4" w:space="0" w:color="E0E0E0"/>
            </w:tcBorders>
          </w:tcPr>
          <w:p w14:paraId="5B269D15" w14:textId="77777777" w:rsidR="00EE1509" w:rsidRPr="00BE5E24" w:rsidRDefault="006F4DB8">
            <w:pPr>
              <w:spacing w:before="40" w:after="40"/>
              <w:rPr>
                <w:rFonts w:ascii="Meiryo UI" w:eastAsia="Meiryo UI" w:hAnsi="Meiryo UI"/>
              </w:rPr>
            </w:pPr>
            <w:r w:rsidRPr="00BE5E24">
              <w:rPr>
                <w:rFonts w:ascii="Meiryo UI" w:eastAsia="Meiryo UI" w:hAnsi="Meiryo UI"/>
                <w:b/>
              </w:rPr>
              <w:t>8:50</w:t>
            </w:r>
          </w:p>
        </w:tc>
        <w:tc>
          <w:tcPr>
            <w:tcW w:w="6192" w:type="dxa"/>
            <w:tcBorders>
              <w:bottom w:val="single" w:sz="4" w:space="0" w:color="E0E0E0"/>
            </w:tcBorders>
          </w:tcPr>
          <w:p w14:paraId="73650FBC"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rPr>
              <w:t>開会式</w:t>
            </w:r>
            <w:proofErr w:type="spellEnd"/>
          </w:p>
        </w:tc>
      </w:tr>
      <w:tr w:rsidR="00EE1509" w:rsidRPr="00BE5E24" w14:paraId="7870857F" w14:textId="77777777">
        <w:trPr>
          <w:jc w:val="center"/>
        </w:trPr>
        <w:tc>
          <w:tcPr>
            <w:tcW w:w="3168" w:type="dxa"/>
            <w:tcBorders>
              <w:bottom w:val="single" w:sz="4" w:space="0" w:color="E0E0E0"/>
            </w:tcBorders>
          </w:tcPr>
          <w:p w14:paraId="799EEA8F" w14:textId="29D1CEEF" w:rsidR="00EE1509" w:rsidRPr="00BE5E24" w:rsidRDefault="006F4DB8">
            <w:pPr>
              <w:spacing w:before="40" w:after="40"/>
              <w:rPr>
                <w:rFonts w:ascii="Meiryo UI" w:eastAsia="Meiryo UI" w:hAnsi="Meiryo UI"/>
              </w:rPr>
            </w:pPr>
            <w:r w:rsidRPr="00BE5E24">
              <w:rPr>
                <w:rFonts w:ascii="Meiryo UI" w:eastAsia="Meiryo UI" w:hAnsi="Meiryo UI"/>
                <w:b/>
              </w:rPr>
              <w:t>9:00 - 1</w:t>
            </w:r>
            <w:r w:rsidR="00DB7A95" w:rsidRPr="00BE5E24">
              <w:rPr>
                <w:rFonts w:ascii="Meiryo UI" w:eastAsia="Meiryo UI" w:hAnsi="Meiryo UI" w:hint="eastAsia"/>
                <w:b/>
                <w:lang w:eastAsia="ja-JP"/>
              </w:rPr>
              <w:t>4</w:t>
            </w:r>
            <w:r w:rsidRPr="00BE5E24">
              <w:rPr>
                <w:rFonts w:ascii="Meiryo UI" w:eastAsia="Meiryo UI" w:hAnsi="Meiryo UI"/>
                <w:b/>
              </w:rPr>
              <w:t>:30 (</w:t>
            </w:r>
            <w:proofErr w:type="spellStart"/>
            <w:r w:rsidRPr="00BE5E24">
              <w:rPr>
                <w:rFonts w:ascii="Meiryo UI" w:eastAsia="Meiryo UI" w:hAnsi="Meiryo UI"/>
                <w:b/>
              </w:rPr>
              <w:t>予定</w:t>
            </w:r>
            <w:proofErr w:type="spellEnd"/>
            <w:r w:rsidRPr="00BE5E24">
              <w:rPr>
                <w:rFonts w:ascii="Meiryo UI" w:eastAsia="Meiryo UI" w:hAnsi="Meiryo UI"/>
                <w:b/>
              </w:rPr>
              <w:t>)</w:t>
            </w:r>
          </w:p>
        </w:tc>
        <w:tc>
          <w:tcPr>
            <w:tcW w:w="6192" w:type="dxa"/>
            <w:tcBorders>
              <w:bottom w:val="single" w:sz="4" w:space="0" w:color="E0E0E0"/>
            </w:tcBorders>
          </w:tcPr>
          <w:p w14:paraId="6099697B"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rPr>
              <w:t>レース</w:t>
            </w:r>
            <w:proofErr w:type="spellEnd"/>
          </w:p>
        </w:tc>
      </w:tr>
      <w:tr w:rsidR="00EE1509" w:rsidRPr="00BE5E24" w14:paraId="32CC0FD8" w14:textId="77777777">
        <w:trPr>
          <w:jc w:val="center"/>
        </w:trPr>
        <w:tc>
          <w:tcPr>
            <w:tcW w:w="3168" w:type="dxa"/>
            <w:tcBorders>
              <w:bottom w:val="single" w:sz="4" w:space="0" w:color="E0E0E0"/>
            </w:tcBorders>
          </w:tcPr>
          <w:p w14:paraId="0FBE55F8" w14:textId="1ECD2EDE" w:rsidR="00EE1509" w:rsidRPr="00BE5E24" w:rsidRDefault="006F4DB8">
            <w:pPr>
              <w:spacing w:before="40" w:after="40"/>
              <w:rPr>
                <w:rFonts w:ascii="Meiryo UI" w:eastAsia="Meiryo UI" w:hAnsi="Meiryo UI"/>
              </w:rPr>
            </w:pPr>
            <w:r w:rsidRPr="00BE5E24">
              <w:rPr>
                <w:rFonts w:ascii="Meiryo UI" w:eastAsia="Meiryo UI" w:hAnsi="Meiryo UI"/>
                <w:b/>
              </w:rPr>
              <w:t>1</w:t>
            </w:r>
            <w:r w:rsidR="00DB7A95" w:rsidRPr="00BE5E24">
              <w:rPr>
                <w:rFonts w:ascii="Meiryo UI" w:eastAsia="Meiryo UI" w:hAnsi="Meiryo UI" w:hint="eastAsia"/>
                <w:b/>
                <w:lang w:eastAsia="ja-JP"/>
              </w:rPr>
              <w:t>5</w:t>
            </w:r>
            <w:r w:rsidRPr="00BE5E24">
              <w:rPr>
                <w:rFonts w:ascii="Meiryo UI" w:eastAsia="Meiryo UI" w:hAnsi="Meiryo UI"/>
                <w:b/>
              </w:rPr>
              <w:t>:00 (</w:t>
            </w:r>
            <w:proofErr w:type="spellStart"/>
            <w:r w:rsidRPr="00BE5E24">
              <w:rPr>
                <w:rFonts w:ascii="Meiryo UI" w:eastAsia="Meiryo UI" w:hAnsi="Meiryo UI"/>
                <w:b/>
              </w:rPr>
              <w:t>予定</w:t>
            </w:r>
            <w:proofErr w:type="spellEnd"/>
            <w:r w:rsidRPr="00BE5E24">
              <w:rPr>
                <w:rFonts w:ascii="Meiryo UI" w:eastAsia="Meiryo UI" w:hAnsi="Meiryo UI"/>
                <w:b/>
              </w:rPr>
              <w:t>)</w:t>
            </w:r>
          </w:p>
        </w:tc>
        <w:tc>
          <w:tcPr>
            <w:tcW w:w="6192" w:type="dxa"/>
            <w:tcBorders>
              <w:bottom w:val="single" w:sz="4" w:space="0" w:color="E0E0E0"/>
            </w:tcBorders>
          </w:tcPr>
          <w:p w14:paraId="13F4D640"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rPr>
              <w:t>閉会式</w:t>
            </w:r>
            <w:proofErr w:type="spellEnd"/>
          </w:p>
        </w:tc>
      </w:tr>
      <w:tr w:rsidR="00EE1509" w:rsidRPr="00BE5E24" w14:paraId="5D9A7A7F" w14:textId="77777777">
        <w:trPr>
          <w:jc w:val="center"/>
        </w:trPr>
        <w:tc>
          <w:tcPr>
            <w:tcW w:w="3168" w:type="dxa"/>
            <w:tcBorders>
              <w:bottom w:val="single" w:sz="4" w:space="0" w:color="E0E0E0"/>
            </w:tcBorders>
          </w:tcPr>
          <w:p w14:paraId="5988ACF4" w14:textId="4C10B75D" w:rsidR="00EE1509" w:rsidRPr="00BE5E24" w:rsidRDefault="006F4DB8">
            <w:pPr>
              <w:spacing w:before="40" w:after="40"/>
              <w:rPr>
                <w:rFonts w:ascii="Meiryo UI" w:eastAsia="Meiryo UI" w:hAnsi="Meiryo UI"/>
              </w:rPr>
            </w:pPr>
            <w:r w:rsidRPr="00BE5E24">
              <w:rPr>
                <w:rFonts w:ascii="Meiryo UI" w:eastAsia="Meiryo UI" w:hAnsi="Meiryo UI"/>
                <w:b/>
              </w:rPr>
              <w:t>1</w:t>
            </w:r>
            <w:r w:rsidR="00DB7A95" w:rsidRPr="00BE5E24">
              <w:rPr>
                <w:rFonts w:ascii="Meiryo UI" w:eastAsia="Meiryo UI" w:hAnsi="Meiryo UI" w:hint="eastAsia"/>
                <w:b/>
                <w:lang w:eastAsia="ja-JP"/>
              </w:rPr>
              <w:t>5</w:t>
            </w:r>
            <w:r w:rsidRPr="00BE5E24">
              <w:rPr>
                <w:rFonts w:ascii="Meiryo UI" w:eastAsia="Meiryo UI" w:hAnsi="Meiryo UI"/>
                <w:b/>
              </w:rPr>
              <w:t>:30 (</w:t>
            </w:r>
            <w:proofErr w:type="spellStart"/>
            <w:r w:rsidRPr="00BE5E24">
              <w:rPr>
                <w:rFonts w:ascii="Meiryo UI" w:eastAsia="Meiryo UI" w:hAnsi="Meiryo UI"/>
                <w:b/>
              </w:rPr>
              <w:t>予定</w:t>
            </w:r>
            <w:proofErr w:type="spellEnd"/>
            <w:r w:rsidRPr="00BE5E24">
              <w:rPr>
                <w:rFonts w:ascii="Meiryo UI" w:eastAsia="Meiryo UI" w:hAnsi="Meiryo UI"/>
                <w:b/>
              </w:rPr>
              <w:t>)</w:t>
            </w:r>
          </w:p>
        </w:tc>
        <w:tc>
          <w:tcPr>
            <w:tcW w:w="6192" w:type="dxa"/>
            <w:tcBorders>
              <w:bottom w:val="single" w:sz="4" w:space="0" w:color="E0E0E0"/>
            </w:tcBorders>
          </w:tcPr>
          <w:p w14:paraId="6B600486"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rPr>
              <w:t>懇親会</w:t>
            </w:r>
            <w:proofErr w:type="spellEnd"/>
          </w:p>
        </w:tc>
      </w:tr>
    </w:tbl>
    <w:p w14:paraId="0A5A30AF" w14:textId="77777777" w:rsidR="00EE1509" w:rsidRPr="00BE5E24" w:rsidRDefault="006F4DB8">
      <w:pPr>
        <w:keepNext/>
        <w:pBdr>
          <w:bottom w:val="single" w:sz="12" w:space="4" w:color="1F4E79"/>
        </w:pBdr>
        <w:spacing w:before="280" w:after="120"/>
        <w:rPr>
          <w:rFonts w:ascii="Meiryo UI" w:eastAsia="Meiryo UI" w:hAnsi="Meiryo UI"/>
          <w:lang w:eastAsia="ja-JP"/>
        </w:rPr>
      </w:pPr>
      <w:r w:rsidRPr="00BE5E24">
        <w:rPr>
          <w:rFonts w:ascii="Meiryo UI" w:eastAsia="Meiryo UI" w:hAnsi="Meiryo UI"/>
          <w:b/>
          <w:color w:val="1F4E79"/>
          <w:sz w:val="26"/>
          <w:lang w:eastAsia="ja-JP"/>
        </w:rPr>
        <w:t>■ 募集カテゴリー・種目</w:t>
      </w:r>
    </w:p>
    <w:p w14:paraId="410A552F" w14:textId="77777777" w:rsidR="00EE1509" w:rsidRPr="00BE5E24" w:rsidRDefault="006F4DB8">
      <w:pPr>
        <w:spacing w:before="120" w:after="80"/>
        <w:ind w:left="216"/>
        <w:rPr>
          <w:rFonts w:ascii="Meiryo UI" w:eastAsia="Meiryo UI" w:hAnsi="Meiryo UI"/>
        </w:rPr>
      </w:pPr>
      <w:r w:rsidRPr="00BE5E24">
        <w:rPr>
          <w:rFonts w:ascii="Meiryo UI" w:eastAsia="Meiryo UI" w:hAnsi="Meiryo UI"/>
          <w:b/>
          <w:color w:val="2E75B6"/>
        </w:rPr>
        <w:t xml:space="preserve">● </w:t>
      </w:r>
      <w:proofErr w:type="spellStart"/>
      <w:r w:rsidRPr="00BE5E24">
        <w:rPr>
          <w:rFonts w:ascii="Meiryo UI" w:eastAsia="Meiryo UI" w:hAnsi="Meiryo UI"/>
          <w:b/>
          <w:color w:val="2E75B6"/>
        </w:rPr>
        <w:t>メインレース</w:t>
      </w:r>
      <w:proofErr w:type="spellEnd"/>
    </w:p>
    <w:p w14:paraId="4472BAF9"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一般の部：オープン、22人（漕手20名 ＋ 太鼓手 ＋ 舵取り）、200m</w:t>
      </w:r>
    </w:p>
    <w:p w14:paraId="007BC691"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区内の部：オープン、20人（漕手18名 ＋ 太鼓手 ＋ 舵取り）、200m</w:t>
      </w:r>
    </w:p>
    <w:p w14:paraId="277D4F91" w14:textId="77777777" w:rsidR="00EE1509" w:rsidRPr="00BE5E24" w:rsidRDefault="006F4DB8">
      <w:pPr>
        <w:rPr>
          <w:rFonts w:ascii="Meiryo UI" w:eastAsia="Meiryo UI" w:hAnsi="Meiryo UI"/>
        </w:rPr>
      </w:pPr>
      <w:r w:rsidRPr="00BE5E24">
        <w:rPr>
          <w:rFonts w:ascii="Meiryo UI" w:eastAsia="Meiryo UI" w:hAnsi="Meiryo UI"/>
          <w:b/>
        </w:rPr>
        <w:t>【</w:t>
      </w:r>
      <w:proofErr w:type="spellStart"/>
      <w:r w:rsidRPr="00BE5E24">
        <w:rPr>
          <w:rFonts w:ascii="Meiryo UI" w:eastAsia="Meiryo UI" w:hAnsi="Meiryo UI"/>
          <w:b/>
        </w:rPr>
        <w:t>補足・注意事項</w:t>
      </w:r>
      <w:proofErr w:type="spellEnd"/>
      <w:r w:rsidRPr="00BE5E24">
        <w:rPr>
          <w:rFonts w:ascii="Meiryo UI" w:eastAsia="Meiryo UI" w:hAnsi="Meiryo UI"/>
          <w:b/>
        </w:rPr>
        <w:t>】</w:t>
      </w:r>
    </w:p>
    <w:p w14:paraId="0D622B92"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区内の部は江戸川区所在のチームを対象とします。区外チームのみなさまは一般の部への参加をお願いいたします。</w:t>
      </w:r>
    </w:p>
    <w:p w14:paraId="0A2E405E"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区内の部は安全対策のため東京龍舟の補助パドラー2名が常に乗艇し、太鼓手・舵取りも東京龍舟より派遣とします。</w:t>
      </w:r>
    </w:p>
    <w:p w14:paraId="2B681A72"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一般の部で舵取り派遣の希望がある場合は参加申込用紙にその旨をご記載ください。</w:t>
      </w:r>
    </w:p>
    <w:p w14:paraId="53CB63C3"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チーム参加の場合、漕手は一般の部において最低16名以上、区内の部において最低14名以上とします。</w:t>
      </w:r>
    </w:p>
    <w:p w14:paraId="3CBF17F4"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個人・グループでの参加も可能です。</w:t>
      </w:r>
    </w:p>
    <w:p w14:paraId="0A06C136"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予選2レース行い、予選タイム（ベストタイム）によって各トーナメントへ進みます。</w:t>
      </w:r>
    </w:p>
    <w:p w14:paraId="402EF8BA"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各レース、スタンダード艇（22人艇）2艇でのマッチレースとなります。</w:t>
      </w:r>
    </w:p>
    <w:p w14:paraId="6508D5AE" w14:textId="77777777" w:rsidR="00EE1509" w:rsidRPr="00BE5E24" w:rsidRDefault="006F4DB8">
      <w:pPr>
        <w:spacing w:before="160" w:after="80"/>
        <w:ind w:left="216"/>
        <w:rPr>
          <w:rFonts w:ascii="Meiryo UI" w:eastAsia="Meiryo UI" w:hAnsi="Meiryo UI"/>
        </w:rPr>
      </w:pPr>
      <w:r w:rsidRPr="00BE5E24">
        <w:rPr>
          <w:rFonts w:ascii="Meiryo UI" w:eastAsia="Meiryo UI" w:hAnsi="Meiryo UI"/>
          <w:b/>
          <w:color w:val="2E75B6"/>
        </w:rPr>
        <w:t xml:space="preserve">● </w:t>
      </w:r>
      <w:proofErr w:type="spellStart"/>
      <w:r w:rsidRPr="00BE5E24">
        <w:rPr>
          <w:rFonts w:ascii="Meiryo UI" w:eastAsia="Meiryo UI" w:hAnsi="Meiryo UI"/>
          <w:b/>
          <w:color w:val="2E75B6"/>
        </w:rPr>
        <w:t>サブレース</w:t>
      </w:r>
      <w:proofErr w:type="spellEnd"/>
    </w:p>
    <w:p w14:paraId="1EFA5372"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lastRenderedPageBreak/>
        <w:t>オープン：6人（漕手4人 ＋ 太鼓手 ＋ 舵取り）、100m</w:t>
      </w:r>
    </w:p>
    <w:p w14:paraId="04601116"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混合：6人（漕手4人 ＋ 太鼓手 ＋ 舵取り）、100m</w:t>
      </w:r>
    </w:p>
    <w:p w14:paraId="747C3635" w14:textId="77777777" w:rsidR="00EE1509" w:rsidRPr="00BE5E24" w:rsidRDefault="006F4DB8">
      <w:pPr>
        <w:rPr>
          <w:rFonts w:ascii="Meiryo UI" w:eastAsia="Meiryo UI" w:hAnsi="Meiryo UI"/>
        </w:rPr>
      </w:pPr>
      <w:r w:rsidRPr="00BE5E24">
        <w:rPr>
          <w:rFonts w:ascii="Meiryo UI" w:eastAsia="Meiryo UI" w:hAnsi="Meiryo UI"/>
          <w:b/>
        </w:rPr>
        <w:t>【</w:t>
      </w:r>
      <w:proofErr w:type="spellStart"/>
      <w:r w:rsidRPr="00BE5E24">
        <w:rPr>
          <w:rFonts w:ascii="Meiryo UI" w:eastAsia="Meiryo UI" w:hAnsi="Meiryo UI"/>
          <w:b/>
        </w:rPr>
        <w:t>補足・注意事項</w:t>
      </w:r>
      <w:proofErr w:type="spellEnd"/>
      <w:r w:rsidRPr="00BE5E24">
        <w:rPr>
          <w:rFonts w:ascii="Meiryo UI" w:eastAsia="Meiryo UI" w:hAnsi="Meiryo UI"/>
          <w:b/>
        </w:rPr>
        <w:t>】</w:t>
      </w:r>
    </w:p>
    <w:p w14:paraId="4FE8FD9C" w14:textId="77777777" w:rsidR="002D2738"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サブレースはメインレース参加者のうち希望者のみ参加可とします。</w:t>
      </w:r>
    </w:p>
    <w:p w14:paraId="5C387874" w14:textId="6F4886EC" w:rsidR="00EE1509" w:rsidRPr="00BE5E24" w:rsidRDefault="00FB5812">
      <w:pPr>
        <w:pStyle w:val="a0"/>
        <w:spacing w:before="40" w:after="60"/>
        <w:rPr>
          <w:rFonts w:ascii="Meiryo UI" w:eastAsia="Meiryo UI" w:hAnsi="Meiryo UI"/>
          <w:lang w:eastAsia="ja-JP"/>
        </w:rPr>
      </w:pPr>
      <w:r w:rsidRPr="00BE5E24">
        <w:rPr>
          <w:rFonts w:ascii="Meiryo UI" w:eastAsia="Meiryo UI" w:hAnsi="Meiryo UI" w:hint="eastAsia"/>
          <w:lang w:eastAsia="ja-JP"/>
        </w:rPr>
        <w:t>サブレースは、</w:t>
      </w:r>
      <w:r w:rsidR="00FC6AA1" w:rsidRPr="00BE5E24">
        <w:rPr>
          <w:rFonts w:ascii="Meiryo UI" w:eastAsia="Meiryo UI" w:hAnsi="Meiryo UI" w:hint="eastAsia"/>
          <w:lang w:eastAsia="ja-JP"/>
        </w:rPr>
        <w:t>メインレース参加チームから</w:t>
      </w:r>
      <w:r w:rsidRPr="00BE5E24">
        <w:rPr>
          <w:rFonts w:ascii="Meiryo UI" w:eastAsia="Meiryo UI" w:hAnsi="Meiryo UI" w:hint="eastAsia"/>
          <w:lang w:eastAsia="ja-JP"/>
        </w:rPr>
        <w:t>各</w:t>
      </w:r>
      <w:r w:rsidR="002D2738" w:rsidRPr="00BE5E24">
        <w:rPr>
          <w:rFonts w:ascii="Meiryo UI" w:eastAsia="Meiryo UI" w:hAnsi="Meiryo UI" w:hint="eastAsia"/>
          <w:lang w:eastAsia="ja-JP"/>
        </w:rPr>
        <w:t>1チームのみ参加可能とします。</w:t>
      </w:r>
    </w:p>
    <w:p w14:paraId="7D71D4E0"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オープンの漕手は性別条件なし、混合の漕手は女性2名以上の参加が条件となります。</w:t>
      </w:r>
    </w:p>
    <w:p w14:paraId="1300944E" w14:textId="7573D34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各チームスタンダード艇（22人艇）2艇でのマッチレースを1レースのみ行い</w:t>
      </w:r>
      <w:r w:rsidR="00626EA7" w:rsidRPr="00BE5E24">
        <w:rPr>
          <w:rFonts w:ascii="Meiryo UI" w:eastAsia="Meiryo UI" w:hAnsi="Meiryo UI" w:hint="eastAsia"/>
          <w:lang w:eastAsia="ja-JP"/>
        </w:rPr>
        <w:t>ます。</w:t>
      </w:r>
      <w:r w:rsidR="006A3F49" w:rsidRPr="00BE5E24">
        <w:rPr>
          <w:rFonts w:ascii="Meiryo UI" w:eastAsia="Meiryo UI" w:hAnsi="Meiryo UI" w:hint="eastAsia"/>
          <w:lang w:eastAsia="ja-JP"/>
        </w:rPr>
        <w:t>タイム</w:t>
      </w:r>
      <w:r w:rsidR="00D0403E" w:rsidRPr="00BE5E24">
        <w:rPr>
          <w:rFonts w:ascii="Meiryo UI" w:eastAsia="Meiryo UI" w:hAnsi="Meiryo UI" w:hint="eastAsia"/>
          <w:lang w:eastAsia="ja-JP"/>
        </w:rPr>
        <w:t>トライアル1レースのみです</w:t>
      </w:r>
      <w:r w:rsidR="006A3F49" w:rsidRPr="00BE5E24">
        <w:rPr>
          <w:rFonts w:ascii="Meiryo UI" w:eastAsia="Meiryo UI" w:hAnsi="Meiryo UI" w:hint="eastAsia"/>
          <w:lang w:eastAsia="ja-JP"/>
        </w:rPr>
        <w:t>。決勝レースはありません。</w:t>
      </w:r>
    </w:p>
    <w:p w14:paraId="184642CA"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個人・グループ参加のみなさまには、チームが編成でき次第出場希望を募ります。</w:t>
      </w:r>
    </w:p>
    <w:p w14:paraId="5A7CF9AD" w14:textId="77777777" w:rsidR="00EE1509" w:rsidRPr="00BE5E24" w:rsidRDefault="006F4DB8">
      <w:pPr>
        <w:spacing w:before="160" w:after="80"/>
        <w:ind w:left="216"/>
        <w:rPr>
          <w:rFonts w:ascii="Meiryo UI" w:eastAsia="Meiryo UI" w:hAnsi="Meiryo UI"/>
        </w:rPr>
      </w:pPr>
      <w:r w:rsidRPr="00BE5E24">
        <w:rPr>
          <w:rFonts w:ascii="Meiryo UI" w:eastAsia="Meiryo UI" w:hAnsi="Meiryo UI"/>
          <w:b/>
          <w:color w:val="2E75B6"/>
        </w:rPr>
        <w:t xml:space="preserve">● </w:t>
      </w:r>
      <w:proofErr w:type="spellStart"/>
      <w:r w:rsidRPr="00BE5E24">
        <w:rPr>
          <w:rFonts w:ascii="Meiryo UI" w:eastAsia="Meiryo UI" w:hAnsi="Meiryo UI"/>
          <w:b/>
          <w:color w:val="2E75B6"/>
        </w:rPr>
        <w:t>懇親会</w:t>
      </w:r>
      <w:proofErr w:type="spellEnd"/>
    </w:p>
    <w:p w14:paraId="078347D4"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大会終了後レース会場周辺にて、参加者および参加者のご家族やご友人の方などを対象とした会費制の懇親会を企画しています。</w:t>
      </w:r>
    </w:p>
    <w:p w14:paraId="52674BA8"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詳細についてはエントリーしてくださったみなさまに別途お伝えし、参加希望の確認をいたします。</w:t>
      </w:r>
    </w:p>
    <w:p w14:paraId="5FCE5C59" w14:textId="77777777" w:rsidR="00EE1509" w:rsidRPr="00BE5E24" w:rsidRDefault="006F4DB8">
      <w:pPr>
        <w:keepNext/>
        <w:pBdr>
          <w:bottom w:val="single" w:sz="12" w:space="4" w:color="1F4E79"/>
        </w:pBdr>
        <w:spacing w:before="280" w:after="120"/>
        <w:rPr>
          <w:rFonts w:ascii="Meiryo UI" w:eastAsia="Meiryo UI" w:hAnsi="Meiryo UI"/>
          <w:lang w:eastAsia="ja-JP"/>
        </w:rPr>
      </w:pPr>
      <w:r w:rsidRPr="00BE5E24">
        <w:rPr>
          <w:rFonts w:ascii="Meiryo UI" w:eastAsia="Meiryo UI" w:hAnsi="Meiryo UI"/>
          <w:b/>
          <w:color w:val="1F4E79"/>
          <w:sz w:val="26"/>
          <w:lang w:eastAsia="ja-JP"/>
        </w:rPr>
        <w:t>■ 募集方法・定員</w:t>
      </w:r>
    </w:p>
    <w:p w14:paraId="0AB9A6E4" w14:textId="03D2B5DE" w:rsidR="00EE1509" w:rsidRPr="00BE5E24" w:rsidRDefault="006F4DB8">
      <w:pPr>
        <w:spacing w:after="80"/>
        <w:ind w:left="216"/>
        <w:rPr>
          <w:rFonts w:ascii="Meiryo UI" w:eastAsia="Meiryo UI" w:hAnsi="Meiryo UI"/>
          <w:lang w:eastAsia="ja-JP"/>
        </w:rPr>
      </w:pPr>
      <w:r w:rsidRPr="00BE5E24">
        <w:rPr>
          <w:rFonts w:ascii="Meiryo UI" w:eastAsia="Meiryo UI" w:hAnsi="Meiryo UI"/>
          <w:lang w:eastAsia="ja-JP"/>
        </w:rPr>
        <w:t>一般の部・区内の部、どちらもチーム単位でも個人・グループ単位でも申込可能です。</w:t>
      </w:r>
      <w:r w:rsidRPr="00BE5E24">
        <w:rPr>
          <w:rFonts w:ascii="Meiryo UI" w:eastAsia="Meiryo UI" w:hAnsi="Meiryo UI"/>
          <w:lang w:eastAsia="ja-JP"/>
        </w:rPr>
        <w:br/>
        <w:t>・一般の部：先着1</w:t>
      </w:r>
      <w:r w:rsidR="00301DFF" w:rsidRPr="00BE5E24">
        <w:rPr>
          <w:rFonts w:ascii="Meiryo UI" w:eastAsia="Meiryo UI" w:hAnsi="Meiryo UI" w:hint="eastAsia"/>
          <w:lang w:eastAsia="ja-JP"/>
        </w:rPr>
        <w:t>4</w:t>
      </w:r>
      <w:r w:rsidRPr="00BE5E24">
        <w:rPr>
          <w:rFonts w:ascii="Meiryo UI" w:eastAsia="Meiryo UI" w:hAnsi="Meiryo UI"/>
          <w:lang w:eastAsia="ja-JP"/>
        </w:rPr>
        <w:t>チーム（予定）</w:t>
      </w:r>
      <w:r w:rsidRPr="00BE5E24">
        <w:rPr>
          <w:rFonts w:ascii="Meiryo UI" w:eastAsia="Meiryo UI" w:hAnsi="Meiryo UI"/>
          <w:lang w:eastAsia="ja-JP"/>
        </w:rPr>
        <w:br/>
        <w:t>・区内の部：先着</w:t>
      </w:r>
      <w:r w:rsidR="005A6A9B" w:rsidRPr="00BE5E24">
        <w:rPr>
          <w:rFonts w:ascii="Meiryo UI" w:eastAsia="Meiryo UI" w:hAnsi="Meiryo UI" w:hint="eastAsia"/>
          <w:lang w:eastAsia="ja-JP"/>
        </w:rPr>
        <w:t>4</w:t>
      </w:r>
      <w:r w:rsidRPr="00BE5E24">
        <w:rPr>
          <w:rFonts w:ascii="Meiryo UI" w:eastAsia="Meiryo UI" w:hAnsi="Meiryo UI"/>
          <w:lang w:eastAsia="ja-JP"/>
        </w:rPr>
        <w:t>チーム（予定）</w:t>
      </w:r>
    </w:p>
    <w:p w14:paraId="0F44232A" w14:textId="77777777" w:rsidR="00EE1509" w:rsidRPr="00BE5E24" w:rsidRDefault="006F4DB8">
      <w:pPr>
        <w:rPr>
          <w:rFonts w:ascii="Meiryo UI" w:eastAsia="Meiryo UI" w:hAnsi="Meiryo UI"/>
          <w:lang w:eastAsia="ja-JP"/>
        </w:rPr>
      </w:pPr>
      <w:r w:rsidRPr="00BE5E24">
        <w:rPr>
          <w:rFonts w:ascii="Meiryo UI" w:eastAsia="Meiryo UI" w:hAnsi="Meiryo UI"/>
          <w:b/>
        </w:rPr>
        <w:t>【</w:t>
      </w:r>
      <w:proofErr w:type="spellStart"/>
      <w:r w:rsidRPr="00BE5E24">
        <w:rPr>
          <w:rFonts w:ascii="Meiryo UI" w:eastAsia="Meiryo UI" w:hAnsi="Meiryo UI"/>
          <w:b/>
        </w:rPr>
        <w:t>チーム編成</w:t>
      </w:r>
      <w:proofErr w:type="spellEnd"/>
      <w:r w:rsidRPr="00BE5E24">
        <w:rPr>
          <w:rFonts w:ascii="Meiryo UI" w:eastAsia="Meiryo UI" w:hAnsi="Meiryo UI"/>
          <w:b/>
        </w:rPr>
        <w:t>】</w:t>
      </w:r>
    </w:p>
    <w:p w14:paraId="4405CDC9"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チーム参加 (一般の部)：太鼓手1名、舵手1名（派遣可能）、漕手20名（最低16名以上）</w:t>
      </w:r>
    </w:p>
    <w:p w14:paraId="2DB47575"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チーム参加 (区内の部)：漕手18名（最低14名以上） ※太鼓手・舵手は派遣</w:t>
      </w:r>
    </w:p>
    <w:p w14:paraId="7F0AD062"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個人 or グループ参加：両カテゴリーそれぞれにおいて個人およびグループ参加のみなさまで混成チームを編成して出場となります。（混成チームの編成は大会実行委員会で行います）</w:t>
      </w:r>
    </w:p>
    <w:p w14:paraId="5CE9395C" w14:textId="77777777" w:rsidR="00EE1509" w:rsidRPr="00BE5E24" w:rsidRDefault="006F4DB8">
      <w:pPr>
        <w:rPr>
          <w:rFonts w:ascii="Meiryo UI" w:eastAsia="Meiryo UI" w:hAnsi="Meiryo UI"/>
        </w:rPr>
      </w:pPr>
      <w:r w:rsidRPr="00BE5E24">
        <w:rPr>
          <w:rFonts w:ascii="Meiryo UI" w:eastAsia="Meiryo UI" w:hAnsi="Meiryo UI"/>
          <w:b/>
        </w:rPr>
        <w:t>【</w:t>
      </w:r>
      <w:proofErr w:type="spellStart"/>
      <w:r w:rsidRPr="00BE5E24">
        <w:rPr>
          <w:rFonts w:ascii="Meiryo UI" w:eastAsia="Meiryo UI" w:hAnsi="Meiryo UI"/>
          <w:b/>
        </w:rPr>
        <w:t>参加条件</w:t>
      </w:r>
      <w:proofErr w:type="spellEnd"/>
      <w:r w:rsidRPr="00BE5E24">
        <w:rPr>
          <w:rFonts w:ascii="Meiryo UI" w:eastAsia="Meiryo UI" w:hAnsi="Meiryo UI"/>
          <w:b/>
        </w:rPr>
        <w:t>】</w:t>
      </w:r>
    </w:p>
    <w:p w14:paraId="7A4A5EB4"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同一選手による複数チームでの掛け持ち出場は不可とします。</w:t>
      </w:r>
    </w:p>
    <w:p w14:paraId="122008E5"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参加対象年齢は10歳（小学4年生）以上とします。</w:t>
      </w:r>
    </w:p>
    <w:p w14:paraId="7201E313" w14:textId="77777777" w:rsidR="00EE1509" w:rsidRPr="00BE5E24" w:rsidRDefault="006F4DB8">
      <w:pPr>
        <w:keepNext/>
        <w:pBdr>
          <w:bottom w:val="single" w:sz="12" w:space="4" w:color="1F4E79"/>
        </w:pBdr>
        <w:spacing w:before="280" w:after="120"/>
        <w:rPr>
          <w:rFonts w:ascii="Meiryo UI" w:eastAsia="Meiryo UI" w:hAnsi="Meiryo UI"/>
        </w:rPr>
      </w:pPr>
      <w:r w:rsidRPr="00BE5E24">
        <w:rPr>
          <w:rFonts w:ascii="Meiryo UI" w:eastAsia="Meiryo UI" w:hAnsi="Meiryo UI"/>
          <w:b/>
          <w:color w:val="1F4E79"/>
          <w:sz w:val="26"/>
        </w:rPr>
        <w:t xml:space="preserve">■ </w:t>
      </w:r>
      <w:proofErr w:type="spellStart"/>
      <w:r w:rsidRPr="00BE5E24">
        <w:rPr>
          <w:rFonts w:ascii="Meiryo UI" w:eastAsia="Meiryo UI" w:hAnsi="Meiryo UI"/>
          <w:b/>
          <w:color w:val="1F4E79"/>
          <w:sz w:val="26"/>
        </w:rPr>
        <w:t>参加費</w:t>
      </w:r>
      <w:proofErr w:type="spellEnd"/>
    </w:p>
    <w:tbl>
      <w:tblPr>
        <w:tblW w:w="0" w:type="auto"/>
        <w:jc w:val="center"/>
        <w:tblLook w:val="04A0" w:firstRow="1" w:lastRow="0" w:firstColumn="1" w:lastColumn="0" w:noHBand="0" w:noVBand="1"/>
      </w:tblPr>
      <w:tblGrid>
        <w:gridCol w:w="2880"/>
        <w:gridCol w:w="3168"/>
        <w:gridCol w:w="3312"/>
      </w:tblGrid>
      <w:tr w:rsidR="00EE1509" w:rsidRPr="00BE5E24" w14:paraId="792077DA" w14:textId="77777777">
        <w:trPr>
          <w:jc w:val="center"/>
        </w:trPr>
        <w:tc>
          <w:tcPr>
            <w:tcW w:w="2880" w:type="dxa"/>
            <w:shd w:val="clear" w:color="auto" w:fill="1F4E79"/>
          </w:tcPr>
          <w:p w14:paraId="4D713E59" w14:textId="77777777" w:rsidR="00EE1509" w:rsidRPr="00BE5E24" w:rsidRDefault="006F4DB8">
            <w:pPr>
              <w:spacing w:before="80" w:after="80"/>
              <w:jc w:val="center"/>
              <w:rPr>
                <w:rFonts w:ascii="Meiryo UI" w:eastAsia="Meiryo UI" w:hAnsi="Meiryo UI"/>
              </w:rPr>
            </w:pPr>
            <w:proofErr w:type="spellStart"/>
            <w:r w:rsidRPr="00BE5E24">
              <w:rPr>
                <w:rFonts w:ascii="Meiryo UI" w:eastAsia="Meiryo UI" w:hAnsi="Meiryo UI"/>
                <w:b/>
                <w:color w:val="FFFFFF"/>
              </w:rPr>
              <w:t>カテゴリ</w:t>
            </w:r>
            <w:proofErr w:type="spellEnd"/>
            <w:r w:rsidRPr="00BE5E24">
              <w:rPr>
                <w:rFonts w:ascii="Meiryo UI" w:eastAsia="Meiryo UI" w:hAnsi="Meiryo UI"/>
                <w:b/>
                <w:color w:val="FFFFFF"/>
              </w:rPr>
              <w:t>ー</w:t>
            </w:r>
          </w:p>
        </w:tc>
        <w:tc>
          <w:tcPr>
            <w:tcW w:w="3168" w:type="dxa"/>
            <w:shd w:val="clear" w:color="auto" w:fill="1F4E79"/>
          </w:tcPr>
          <w:p w14:paraId="0C71AC49" w14:textId="77777777" w:rsidR="00EE1509" w:rsidRPr="00BE5E24" w:rsidRDefault="006F4DB8">
            <w:pPr>
              <w:spacing w:before="80" w:after="80"/>
              <w:jc w:val="center"/>
              <w:rPr>
                <w:rFonts w:ascii="Meiryo UI" w:eastAsia="Meiryo UI" w:hAnsi="Meiryo UI"/>
              </w:rPr>
            </w:pPr>
            <w:proofErr w:type="spellStart"/>
            <w:r w:rsidRPr="00BE5E24">
              <w:rPr>
                <w:rFonts w:ascii="Meiryo UI" w:eastAsia="Meiryo UI" w:hAnsi="Meiryo UI"/>
                <w:b/>
                <w:color w:val="FFFFFF"/>
              </w:rPr>
              <w:t>チーム参加</w:t>
            </w:r>
            <w:proofErr w:type="spellEnd"/>
          </w:p>
        </w:tc>
        <w:tc>
          <w:tcPr>
            <w:tcW w:w="3312" w:type="dxa"/>
            <w:shd w:val="clear" w:color="auto" w:fill="1F4E79"/>
          </w:tcPr>
          <w:p w14:paraId="7FEB18B9" w14:textId="77777777" w:rsidR="00EE1509" w:rsidRPr="00BE5E24" w:rsidRDefault="006F4DB8">
            <w:pPr>
              <w:spacing w:before="80" w:after="80"/>
              <w:jc w:val="center"/>
              <w:rPr>
                <w:rFonts w:ascii="Meiryo UI" w:eastAsia="Meiryo UI" w:hAnsi="Meiryo UI"/>
              </w:rPr>
            </w:pPr>
            <w:proofErr w:type="spellStart"/>
            <w:r w:rsidRPr="00BE5E24">
              <w:rPr>
                <w:rFonts w:ascii="Meiryo UI" w:eastAsia="Meiryo UI" w:hAnsi="Meiryo UI"/>
                <w:b/>
                <w:color w:val="FFFFFF"/>
              </w:rPr>
              <w:t>個人・グループ参加</w:t>
            </w:r>
            <w:proofErr w:type="spellEnd"/>
          </w:p>
        </w:tc>
      </w:tr>
      <w:tr w:rsidR="00EE1509" w:rsidRPr="00BE5E24" w14:paraId="76B0181D" w14:textId="77777777">
        <w:trPr>
          <w:jc w:val="center"/>
        </w:trPr>
        <w:tc>
          <w:tcPr>
            <w:tcW w:w="2880" w:type="dxa"/>
            <w:tcBorders>
              <w:bottom w:val="single" w:sz="4" w:space="0" w:color="D0D0D0"/>
            </w:tcBorders>
          </w:tcPr>
          <w:p w14:paraId="6DA2CFC4" w14:textId="77777777" w:rsidR="00EE1509" w:rsidRPr="00BE5E24" w:rsidRDefault="006F4DB8">
            <w:pPr>
              <w:spacing w:before="80" w:after="80"/>
              <w:rPr>
                <w:rFonts w:ascii="Meiryo UI" w:eastAsia="Meiryo UI" w:hAnsi="Meiryo UI"/>
              </w:rPr>
            </w:pPr>
            <w:r w:rsidRPr="00BE5E24">
              <w:rPr>
                <w:rFonts w:ascii="Meiryo UI" w:eastAsia="Meiryo UI" w:hAnsi="Meiryo UI"/>
                <w:b/>
              </w:rPr>
              <w:lastRenderedPageBreak/>
              <w:t xml:space="preserve">① </w:t>
            </w:r>
            <w:proofErr w:type="spellStart"/>
            <w:r w:rsidRPr="00BE5E24">
              <w:rPr>
                <w:rFonts w:ascii="Meiryo UI" w:eastAsia="Meiryo UI" w:hAnsi="Meiryo UI"/>
                <w:b/>
              </w:rPr>
              <w:t>一般の部</w:t>
            </w:r>
            <w:proofErr w:type="spellEnd"/>
          </w:p>
        </w:tc>
        <w:tc>
          <w:tcPr>
            <w:tcW w:w="3168" w:type="dxa"/>
            <w:tcBorders>
              <w:bottom w:val="single" w:sz="4" w:space="0" w:color="D0D0D0"/>
            </w:tcBorders>
          </w:tcPr>
          <w:p w14:paraId="1A098FDC" w14:textId="77777777" w:rsidR="00EE1509" w:rsidRPr="00BE5E24" w:rsidRDefault="006F4DB8">
            <w:pPr>
              <w:spacing w:before="80" w:after="80"/>
              <w:jc w:val="right"/>
              <w:rPr>
                <w:rFonts w:ascii="Meiryo UI" w:eastAsia="Meiryo UI" w:hAnsi="Meiryo UI"/>
              </w:rPr>
            </w:pPr>
            <w:r w:rsidRPr="00BE5E24">
              <w:rPr>
                <w:rFonts w:ascii="Meiryo UI" w:eastAsia="Meiryo UI" w:hAnsi="Meiryo UI"/>
              </w:rPr>
              <w:t xml:space="preserve">40,000円 / </w:t>
            </w:r>
            <w:proofErr w:type="spellStart"/>
            <w:r w:rsidRPr="00BE5E24">
              <w:rPr>
                <w:rFonts w:ascii="Meiryo UI" w:eastAsia="Meiryo UI" w:hAnsi="Meiryo UI"/>
              </w:rPr>
              <w:t>チーム</w:t>
            </w:r>
            <w:proofErr w:type="spellEnd"/>
          </w:p>
        </w:tc>
        <w:tc>
          <w:tcPr>
            <w:tcW w:w="3312" w:type="dxa"/>
            <w:tcBorders>
              <w:bottom w:val="single" w:sz="4" w:space="0" w:color="D0D0D0"/>
            </w:tcBorders>
          </w:tcPr>
          <w:p w14:paraId="7BE0B5EC" w14:textId="77777777" w:rsidR="00EE1509" w:rsidRPr="00BE5E24" w:rsidRDefault="006F4DB8">
            <w:pPr>
              <w:spacing w:before="80" w:after="80"/>
              <w:jc w:val="right"/>
              <w:rPr>
                <w:rFonts w:ascii="Meiryo UI" w:eastAsia="Meiryo UI" w:hAnsi="Meiryo UI"/>
              </w:rPr>
            </w:pPr>
            <w:r w:rsidRPr="00BE5E24">
              <w:rPr>
                <w:rFonts w:ascii="Meiryo UI" w:eastAsia="Meiryo UI" w:hAnsi="Meiryo UI"/>
              </w:rPr>
              <w:t>2,000円 / 人</w:t>
            </w:r>
          </w:p>
        </w:tc>
      </w:tr>
      <w:tr w:rsidR="00EE1509" w:rsidRPr="00BE5E24" w14:paraId="4BA9FBF2" w14:textId="77777777">
        <w:trPr>
          <w:jc w:val="center"/>
        </w:trPr>
        <w:tc>
          <w:tcPr>
            <w:tcW w:w="2880" w:type="dxa"/>
            <w:tcBorders>
              <w:bottom w:val="single" w:sz="4" w:space="0" w:color="D0D0D0"/>
            </w:tcBorders>
          </w:tcPr>
          <w:p w14:paraId="5C9A1AA0" w14:textId="77777777" w:rsidR="00EE1509" w:rsidRPr="00BE5E24" w:rsidRDefault="006F4DB8">
            <w:pPr>
              <w:spacing w:before="80" w:after="80"/>
              <w:rPr>
                <w:rFonts w:ascii="Meiryo UI" w:eastAsia="Meiryo UI" w:hAnsi="Meiryo UI"/>
              </w:rPr>
            </w:pPr>
            <w:r w:rsidRPr="00BE5E24">
              <w:rPr>
                <w:rFonts w:ascii="Meiryo UI" w:eastAsia="Meiryo UI" w:hAnsi="Meiryo UI"/>
                <w:b/>
              </w:rPr>
              <w:t xml:space="preserve">② </w:t>
            </w:r>
            <w:proofErr w:type="spellStart"/>
            <w:r w:rsidRPr="00BE5E24">
              <w:rPr>
                <w:rFonts w:ascii="Meiryo UI" w:eastAsia="Meiryo UI" w:hAnsi="Meiryo UI"/>
                <w:b/>
              </w:rPr>
              <w:t>区内の部</w:t>
            </w:r>
            <w:proofErr w:type="spellEnd"/>
          </w:p>
        </w:tc>
        <w:tc>
          <w:tcPr>
            <w:tcW w:w="3168" w:type="dxa"/>
            <w:tcBorders>
              <w:bottom w:val="single" w:sz="4" w:space="0" w:color="D0D0D0"/>
            </w:tcBorders>
          </w:tcPr>
          <w:p w14:paraId="1EFC6357" w14:textId="77777777" w:rsidR="00EE1509" w:rsidRPr="00BE5E24" w:rsidRDefault="006F4DB8">
            <w:pPr>
              <w:spacing w:before="80" w:after="80"/>
              <w:jc w:val="right"/>
              <w:rPr>
                <w:rFonts w:ascii="Meiryo UI" w:eastAsia="Meiryo UI" w:hAnsi="Meiryo UI"/>
              </w:rPr>
            </w:pPr>
            <w:r w:rsidRPr="00BE5E24">
              <w:rPr>
                <w:rFonts w:ascii="Meiryo UI" w:eastAsia="Meiryo UI" w:hAnsi="Meiryo UI"/>
              </w:rPr>
              <w:t xml:space="preserve">20,000円 / </w:t>
            </w:r>
            <w:proofErr w:type="spellStart"/>
            <w:r w:rsidRPr="00BE5E24">
              <w:rPr>
                <w:rFonts w:ascii="Meiryo UI" w:eastAsia="Meiryo UI" w:hAnsi="Meiryo UI"/>
              </w:rPr>
              <w:t>チーム</w:t>
            </w:r>
            <w:proofErr w:type="spellEnd"/>
          </w:p>
        </w:tc>
        <w:tc>
          <w:tcPr>
            <w:tcW w:w="3312" w:type="dxa"/>
            <w:tcBorders>
              <w:bottom w:val="single" w:sz="4" w:space="0" w:color="D0D0D0"/>
            </w:tcBorders>
          </w:tcPr>
          <w:p w14:paraId="537BB3B5" w14:textId="77777777" w:rsidR="00EE1509" w:rsidRPr="00BE5E24" w:rsidRDefault="006F4DB8">
            <w:pPr>
              <w:spacing w:before="80" w:after="80"/>
              <w:jc w:val="right"/>
              <w:rPr>
                <w:rFonts w:ascii="Meiryo UI" w:eastAsia="Meiryo UI" w:hAnsi="Meiryo UI"/>
              </w:rPr>
            </w:pPr>
            <w:r w:rsidRPr="00BE5E24">
              <w:rPr>
                <w:rFonts w:ascii="Meiryo UI" w:eastAsia="Meiryo UI" w:hAnsi="Meiryo UI"/>
              </w:rPr>
              <w:t>1,000円 / 人</w:t>
            </w:r>
          </w:p>
        </w:tc>
      </w:tr>
    </w:tbl>
    <w:p w14:paraId="533360E8"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各チームからお預かりした参加費の一部は、本大会にて使用している東京都ドラゴンボート協会が所有する艇の管理・修理、新艇購入に備えた積立金などに充てさせていただきます。</w:t>
      </w:r>
    </w:p>
    <w:p w14:paraId="751996FE"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大会が中止となった場合は、必要経費を除いて参加費を返金します。</w:t>
      </w:r>
    </w:p>
    <w:p w14:paraId="71C291FF"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懇親会参加費は別途となります。</w:t>
      </w:r>
    </w:p>
    <w:p w14:paraId="5067CA10" w14:textId="77777777" w:rsidR="00EE1509" w:rsidRPr="00BE5E24" w:rsidRDefault="006F4DB8">
      <w:pPr>
        <w:keepNext/>
        <w:pBdr>
          <w:bottom w:val="single" w:sz="12" w:space="4" w:color="1F4E79"/>
        </w:pBdr>
        <w:spacing w:before="280" w:after="120"/>
        <w:rPr>
          <w:rFonts w:ascii="Meiryo UI" w:eastAsia="Meiryo UI" w:hAnsi="Meiryo UI"/>
        </w:rPr>
      </w:pPr>
      <w:r w:rsidRPr="00BE5E24">
        <w:rPr>
          <w:rFonts w:ascii="Meiryo UI" w:eastAsia="Meiryo UI" w:hAnsi="Meiryo UI"/>
          <w:b/>
          <w:color w:val="1F4E79"/>
          <w:sz w:val="26"/>
        </w:rPr>
        <w:t xml:space="preserve">■ </w:t>
      </w:r>
      <w:proofErr w:type="spellStart"/>
      <w:r w:rsidRPr="00BE5E24">
        <w:rPr>
          <w:rFonts w:ascii="Meiryo UI" w:eastAsia="Meiryo UI" w:hAnsi="Meiryo UI"/>
          <w:b/>
          <w:color w:val="1F4E79"/>
          <w:sz w:val="26"/>
        </w:rPr>
        <w:t>会場・お申し込み</w:t>
      </w:r>
      <w:proofErr w:type="spellEnd"/>
    </w:p>
    <w:tbl>
      <w:tblPr>
        <w:tblW w:w="0" w:type="auto"/>
        <w:jc w:val="center"/>
        <w:tblLook w:val="04A0" w:firstRow="1" w:lastRow="0" w:firstColumn="1" w:lastColumn="0" w:noHBand="0" w:noVBand="1"/>
      </w:tblPr>
      <w:tblGrid>
        <w:gridCol w:w="2880"/>
        <w:gridCol w:w="6480"/>
      </w:tblGrid>
      <w:tr w:rsidR="00EE1509" w:rsidRPr="00BE5E24" w14:paraId="70244AF0" w14:textId="77777777">
        <w:trPr>
          <w:jc w:val="center"/>
        </w:trPr>
        <w:tc>
          <w:tcPr>
            <w:tcW w:w="2880" w:type="dxa"/>
            <w:tcBorders>
              <w:top w:val="single" w:sz="4" w:space="0" w:color="E0E0E0"/>
              <w:bottom w:val="single" w:sz="4" w:space="0" w:color="E0E0E0"/>
            </w:tcBorders>
            <w:shd w:val="clear" w:color="auto" w:fill="F0F4F8"/>
          </w:tcPr>
          <w:p w14:paraId="38BFAD57"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会場</w:t>
            </w:r>
            <w:proofErr w:type="spellEnd"/>
          </w:p>
        </w:tc>
        <w:tc>
          <w:tcPr>
            <w:tcW w:w="6480" w:type="dxa"/>
            <w:tcBorders>
              <w:top w:val="single" w:sz="4" w:space="0" w:color="E0E0E0"/>
              <w:bottom w:val="single" w:sz="4" w:space="0" w:color="E0E0E0"/>
            </w:tcBorders>
          </w:tcPr>
          <w:p w14:paraId="2C69C12B" w14:textId="77777777" w:rsidR="00EE1509" w:rsidRPr="00BE5E24" w:rsidRDefault="006F4DB8">
            <w:pPr>
              <w:spacing w:before="40" w:after="40"/>
              <w:rPr>
                <w:rFonts w:ascii="Meiryo UI" w:eastAsia="Meiryo UI" w:hAnsi="Meiryo UI"/>
                <w:lang w:eastAsia="ja-JP"/>
              </w:rPr>
            </w:pPr>
            <w:r w:rsidRPr="00BE5E24">
              <w:rPr>
                <w:rFonts w:ascii="Meiryo UI" w:eastAsia="Meiryo UI" w:hAnsi="Meiryo UI"/>
                <w:lang w:eastAsia="ja-JP"/>
              </w:rPr>
              <w:t>旧中川（東京龍舟 東大島艇庫付近、都営新宿線東大島駅小松川口改札より徒歩5分程度）</w:t>
            </w:r>
          </w:p>
        </w:tc>
      </w:tr>
      <w:tr w:rsidR="00EE1509" w:rsidRPr="00BE5E24" w14:paraId="064E0605" w14:textId="77777777">
        <w:trPr>
          <w:jc w:val="center"/>
        </w:trPr>
        <w:tc>
          <w:tcPr>
            <w:tcW w:w="2880" w:type="dxa"/>
            <w:tcBorders>
              <w:top w:val="single" w:sz="4" w:space="0" w:color="E0E0E0"/>
              <w:bottom w:val="single" w:sz="4" w:space="0" w:color="E0E0E0"/>
            </w:tcBorders>
            <w:shd w:val="clear" w:color="auto" w:fill="F0F4F8"/>
          </w:tcPr>
          <w:p w14:paraId="3B5BBB7E"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申し込み方法</w:t>
            </w:r>
            <w:proofErr w:type="spellEnd"/>
          </w:p>
        </w:tc>
        <w:tc>
          <w:tcPr>
            <w:tcW w:w="6480" w:type="dxa"/>
            <w:tcBorders>
              <w:top w:val="single" w:sz="4" w:space="0" w:color="E0E0E0"/>
              <w:bottom w:val="single" w:sz="4" w:space="0" w:color="E0E0E0"/>
            </w:tcBorders>
          </w:tcPr>
          <w:p w14:paraId="4934B69A" w14:textId="2F6611A9" w:rsidR="00EE1509" w:rsidRPr="00BE5E24" w:rsidRDefault="006F4DB8">
            <w:pPr>
              <w:spacing w:before="40" w:after="40"/>
              <w:rPr>
                <w:rFonts w:ascii="Meiryo UI" w:eastAsia="Meiryo UI" w:hAnsi="Meiryo UI"/>
                <w:lang w:eastAsia="ja-JP"/>
              </w:rPr>
            </w:pPr>
            <w:r w:rsidRPr="00BE5E24">
              <w:rPr>
                <w:rFonts w:ascii="Meiryo UI" w:eastAsia="Meiryo UI" w:hAnsi="Meiryo UI"/>
                <w:lang w:eastAsia="ja-JP"/>
              </w:rPr>
              <w:t>東京都ドラゴンボート協会HP</w:t>
            </w:r>
            <w:r w:rsidR="00641EC4" w:rsidRPr="00BE5E24">
              <w:rPr>
                <w:rFonts w:ascii="Meiryo UI" w:eastAsia="Meiryo UI" w:hAnsi="Meiryo UI" w:hint="eastAsia"/>
                <w:lang w:eastAsia="ja-JP"/>
              </w:rPr>
              <w:t>または東京龍舟公式HP</w:t>
            </w:r>
            <w:r w:rsidRPr="00BE5E24">
              <w:rPr>
                <w:rFonts w:ascii="Meiryo UI" w:eastAsia="Meiryo UI" w:hAnsi="Meiryo UI"/>
                <w:lang w:eastAsia="ja-JP"/>
              </w:rPr>
              <w:t>より参加申込用紙をダウンロードの上、実行委員会宛にメールにてご提出ください。</w:t>
            </w:r>
          </w:p>
        </w:tc>
      </w:tr>
      <w:tr w:rsidR="00EE1509" w:rsidRPr="00BE5E24" w14:paraId="139F5EEA" w14:textId="77777777">
        <w:trPr>
          <w:jc w:val="center"/>
        </w:trPr>
        <w:tc>
          <w:tcPr>
            <w:tcW w:w="2880" w:type="dxa"/>
            <w:tcBorders>
              <w:top w:val="single" w:sz="4" w:space="0" w:color="E0E0E0"/>
              <w:bottom w:val="single" w:sz="4" w:space="0" w:color="E0E0E0"/>
            </w:tcBorders>
            <w:shd w:val="clear" w:color="auto" w:fill="F0F4F8"/>
          </w:tcPr>
          <w:p w14:paraId="7A4999A5"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申し込み締め切り</w:t>
            </w:r>
            <w:proofErr w:type="spellEnd"/>
          </w:p>
        </w:tc>
        <w:tc>
          <w:tcPr>
            <w:tcW w:w="6480" w:type="dxa"/>
            <w:tcBorders>
              <w:top w:val="single" w:sz="4" w:space="0" w:color="E0E0E0"/>
              <w:bottom w:val="single" w:sz="4" w:space="0" w:color="E0E0E0"/>
            </w:tcBorders>
          </w:tcPr>
          <w:p w14:paraId="7498591B" w14:textId="58522D55" w:rsidR="00EE1509" w:rsidRPr="00BE5E24" w:rsidRDefault="006F4DB8">
            <w:pPr>
              <w:spacing w:before="40" w:after="40"/>
              <w:rPr>
                <w:rFonts w:ascii="Meiryo UI" w:eastAsia="Meiryo UI" w:hAnsi="Meiryo UI"/>
              </w:rPr>
            </w:pPr>
            <w:r w:rsidRPr="00BE5E24">
              <w:rPr>
                <w:rFonts w:ascii="Meiryo UI" w:eastAsia="Meiryo UI" w:hAnsi="Meiryo UI"/>
              </w:rPr>
              <w:t>202</w:t>
            </w:r>
            <w:r w:rsidR="00EA7355" w:rsidRPr="00BE5E24">
              <w:rPr>
                <w:rFonts w:ascii="Meiryo UI" w:eastAsia="Meiryo UI" w:hAnsi="Meiryo UI" w:hint="eastAsia"/>
                <w:lang w:eastAsia="ja-JP"/>
              </w:rPr>
              <w:t>6</w:t>
            </w:r>
            <w:r w:rsidRPr="00BE5E24">
              <w:rPr>
                <w:rFonts w:ascii="Meiryo UI" w:eastAsia="Meiryo UI" w:hAnsi="Meiryo UI"/>
              </w:rPr>
              <w:t>年</w:t>
            </w:r>
            <w:r w:rsidR="00EA7355" w:rsidRPr="00BE5E24">
              <w:rPr>
                <w:rFonts w:ascii="Meiryo UI" w:eastAsia="Meiryo UI" w:hAnsi="Meiryo UI" w:hint="eastAsia"/>
                <w:lang w:eastAsia="ja-JP"/>
              </w:rPr>
              <w:t>1</w:t>
            </w:r>
            <w:r w:rsidR="0010783B" w:rsidRPr="00BE5E24">
              <w:rPr>
                <w:rFonts w:ascii="Meiryo UI" w:eastAsia="Meiryo UI" w:hAnsi="Meiryo UI" w:hint="eastAsia"/>
                <w:lang w:eastAsia="ja-JP"/>
              </w:rPr>
              <w:t>0</w:t>
            </w:r>
            <w:r w:rsidRPr="00BE5E24">
              <w:rPr>
                <w:rFonts w:ascii="Meiryo UI" w:eastAsia="Meiryo UI" w:hAnsi="Meiryo UI"/>
              </w:rPr>
              <w:t>月</w:t>
            </w:r>
            <w:r w:rsidR="0010783B" w:rsidRPr="00BE5E24">
              <w:rPr>
                <w:rFonts w:ascii="Meiryo UI" w:eastAsia="Meiryo UI" w:hAnsi="Meiryo UI" w:hint="eastAsia"/>
                <w:lang w:eastAsia="ja-JP"/>
              </w:rPr>
              <w:t>25</w:t>
            </w:r>
            <w:r w:rsidRPr="00BE5E24">
              <w:rPr>
                <w:rFonts w:ascii="Meiryo UI" w:eastAsia="Meiryo UI" w:hAnsi="Meiryo UI"/>
              </w:rPr>
              <w:t>日(日)</w:t>
            </w:r>
          </w:p>
        </w:tc>
      </w:tr>
      <w:tr w:rsidR="00EE1509" w:rsidRPr="00BE5E24" w14:paraId="677B1CDF" w14:textId="77777777">
        <w:trPr>
          <w:jc w:val="center"/>
        </w:trPr>
        <w:tc>
          <w:tcPr>
            <w:tcW w:w="2880" w:type="dxa"/>
            <w:tcBorders>
              <w:top w:val="single" w:sz="4" w:space="0" w:color="E0E0E0"/>
              <w:bottom w:val="single" w:sz="4" w:space="0" w:color="E0E0E0"/>
            </w:tcBorders>
            <w:shd w:val="clear" w:color="auto" w:fill="F0F4F8"/>
          </w:tcPr>
          <w:p w14:paraId="64090575"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公式HP</w:t>
            </w:r>
            <w:proofErr w:type="spellEnd"/>
          </w:p>
        </w:tc>
        <w:tc>
          <w:tcPr>
            <w:tcW w:w="6480" w:type="dxa"/>
            <w:tcBorders>
              <w:top w:val="single" w:sz="4" w:space="0" w:color="E0E0E0"/>
              <w:bottom w:val="single" w:sz="4" w:space="0" w:color="E0E0E0"/>
            </w:tcBorders>
          </w:tcPr>
          <w:p w14:paraId="49233A29" w14:textId="1218EBBE" w:rsidR="00EE1509" w:rsidRPr="00BE5E24" w:rsidRDefault="005A0F08">
            <w:pPr>
              <w:spacing w:before="40" w:after="40"/>
              <w:rPr>
                <w:rFonts w:ascii="Meiryo UI" w:eastAsia="Meiryo UI" w:hAnsi="Meiryo UI"/>
              </w:rPr>
            </w:pPr>
            <w:r w:rsidRPr="00BE5E24">
              <w:rPr>
                <w:rFonts w:ascii="Meiryo UI" w:eastAsia="Meiryo UI" w:hAnsi="Meiryo UI"/>
              </w:rPr>
              <w:t>https://sgrum.com/web/tokyo-dragon/</w:t>
            </w:r>
          </w:p>
        </w:tc>
      </w:tr>
      <w:tr w:rsidR="00EE1509" w:rsidRPr="00BE5E24" w14:paraId="31E63032" w14:textId="77777777">
        <w:trPr>
          <w:jc w:val="center"/>
        </w:trPr>
        <w:tc>
          <w:tcPr>
            <w:tcW w:w="2880" w:type="dxa"/>
            <w:tcBorders>
              <w:top w:val="single" w:sz="4" w:space="0" w:color="E0E0E0"/>
              <w:bottom w:val="single" w:sz="4" w:space="0" w:color="E0E0E0"/>
            </w:tcBorders>
            <w:shd w:val="clear" w:color="auto" w:fill="F0F4F8"/>
          </w:tcPr>
          <w:p w14:paraId="790F7904"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実行委員会</w:t>
            </w:r>
            <w:proofErr w:type="spellEnd"/>
            <w:r w:rsidRPr="00BE5E24">
              <w:rPr>
                <w:rFonts w:ascii="Meiryo UI" w:eastAsia="Meiryo UI" w:hAnsi="Meiryo UI"/>
                <w:b/>
                <w:sz w:val="20"/>
              </w:rPr>
              <w:t xml:space="preserve"> e-mail</w:t>
            </w:r>
          </w:p>
        </w:tc>
        <w:tc>
          <w:tcPr>
            <w:tcW w:w="6480" w:type="dxa"/>
            <w:tcBorders>
              <w:top w:val="single" w:sz="4" w:space="0" w:color="E0E0E0"/>
              <w:bottom w:val="single" w:sz="4" w:space="0" w:color="E0E0E0"/>
            </w:tcBorders>
          </w:tcPr>
          <w:p w14:paraId="61A27EC5" w14:textId="12B02936" w:rsidR="00EE1509" w:rsidRPr="00BE5E24" w:rsidRDefault="006F4DB8">
            <w:pPr>
              <w:spacing w:before="40" w:after="40"/>
              <w:rPr>
                <w:rFonts w:ascii="Meiryo UI" w:eastAsia="Meiryo UI" w:hAnsi="Meiryo UI"/>
              </w:rPr>
            </w:pPr>
            <w:r w:rsidRPr="00BE5E24">
              <w:rPr>
                <w:rFonts w:ascii="Meiryo UI" w:eastAsia="Meiryo UI" w:hAnsi="Meiryo UI"/>
              </w:rPr>
              <w:t>k</w:t>
            </w:r>
            <w:r w:rsidR="001C030C" w:rsidRPr="00BE5E24">
              <w:rPr>
                <w:rFonts w:ascii="Meiryo UI" w:eastAsia="Meiryo UI" w:hAnsi="Meiryo UI" w:hint="eastAsia"/>
                <w:lang w:eastAsia="ja-JP"/>
              </w:rPr>
              <w:t>m</w:t>
            </w:r>
            <w:r w:rsidRPr="00BE5E24">
              <w:rPr>
                <w:rFonts w:ascii="Meiryo UI" w:eastAsia="Meiryo UI" w:hAnsi="Meiryo UI"/>
              </w:rPr>
              <w:t>hoc202</w:t>
            </w:r>
            <w:r w:rsidR="000435D9" w:rsidRPr="00BE5E24">
              <w:rPr>
                <w:rFonts w:ascii="Meiryo UI" w:eastAsia="Meiryo UI" w:hAnsi="Meiryo UI" w:hint="eastAsia"/>
                <w:lang w:eastAsia="ja-JP"/>
              </w:rPr>
              <w:t>6</w:t>
            </w:r>
            <w:r w:rsidRPr="00BE5E24">
              <w:rPr>
                <w:rFonts w:ascii="Meiryo UI" w:eastAsia="Meiryo UI" w:hAnsi="Meiryo UI"/>
              </w:rPr>
              <w:t>@gmail.com</w:t>
            </w:r>
          </w:p>
        </w:tc>
      </w:tr>
      <w:tr w:rsidR="00EE1509" w:rsidRPr="00BE5E24" w14:paraId="2C8A53D5" w14:textId="77777777">
        <w:trPr>
          <w:jc w:val="center"/>
        </w:trPr>
        <w:tc>
          <w:tcPr>
            <w:tcW w:w="2880" w:type="dxa"/>
            <w:tcBorders>
              <w:top w:val="single" w:sz="4" w:space="0" w:color="E0E0E0"/>
              <w:bottom w:val="single" w:sz="4" w:space="0" w:color="E0E0E0"/>
            </w:tcBorders>
            <w:shd w:val="clear" w:color="auto" w:fill="F0F4F8"/>
          </w:tcPr>
          <w:p w14:paraId="66D3C5D4" w14:textId="77777777" w:rsidR="00EE1509" w:rsidRPr="00BE5E24" w:rsidRDefault="006F4DB8">
            <w:pPr>
              <w:spacing w:before="40" w:after="40"/>
              <w:rPr>
                <w:rFonts w:ascii="Meiryo UI" w:eastAsia="Meiryo UI" w:hAnsi="Meiryo UI"/>
              </w:rPr>
            </w:pPr>
            <w:proofErr w:type="spellStart"/>
            <w:r w:rsidRPr="00BE5E24">
              <w:rPr>
                <w:rFonts w:ascii="Meiryo UI" w:eastAsia="Meiryo UI" w:hAnsi="Meiryo UI"/>
                <w:b/>
                <w:sz w:val="20"/>
              </w:rPr>
              <w:t>参加費振込先</w:t>
            </w:r>
            <w:proofErr w:type="spellEnd"/>
          </w:p>
        </w:tc>
        <w:tc>
          <w:tcPr>
            <w:tcW w:w="6480" w:type="dxa"/>
            <w:tcBorders>
              <w:top w:val="single" w:sz="4" w:space="0" w:color="E0E0E0"/>
              <w:bottom w:val="single" w:sz="4" w:space="0" w:color="E0E0E0"/>
            </w:tcBorders>
          </w:tcPr>
          <w:p w14:paraId="655943C9" w14:textId="77777777" w:rsidR="00EE1509" w:rsidRPr="00BE5E24" w:rsidRDefault="006F4DB8">
            <w:pPr>
              <w:spacing w:before="40" w:after="40"/>
              <w:rPr>
                <w:rFonts w:ascii="Meiryo UI" w:eastAsia="Meiryo UI" w:hAnsi="Meiryo UI"/>
                <w:lang w:eastAsia="ja-JP"/>
              </w:rPr>
            </w:pPr>
            <w:r w:rsidRPr="00BE5E24">
              <w:rPr>
                <w:rFonts w:ascii="Meiryo UI" w:eastAsia="Meiryo UI" w:hAnsi="Meiryo UI"/>
                <w:lang w:eastAsia="ja-JP"/>
              </w:rPr>
              <w:t>みずほ銀行 北沢支店 普通 1408342</w:t>
            </w:r>
            <w:r w:rsidRPr="00BE5E24">
              <w:rPr>
                <w:rFonts w:ascii="Meiryo UI" w:eastAsia="Meiryo UI" w:hAnsi="Meiryo UI"/>
                <w:lang w:eastAsia="ja-JP"/>
              </w:rPr>
              <w:br/>
              <w:t>東大島ドラゴンボート大会実行委員会</w:t>
            </w:r>
          </w:p>
        </w:tc>
      </w:tr>
    </w:tbl>
    <w:p w14:paraId="51BED5BD" w14:textId="77777777" w:rsidR="00EE1509" w:rsidRPr="00BE5E24" w:rsidRDefault="006F4DB8">
      <w:pPr>
        <w:keepNext/>
        <w:pBdr>
          <w:bottom w:val="single" w:sz="12" w:space="4" w:color="1F4E79"/>
        </w:pBdr>
        <w:spacing w:before="280" w:after="120"/>
        <w:rPr>
          <w:rFonts w:ascii="Meiryo UI" w:eastAsia="Meiryo UI" w:hAnsi="Meiryo UI"/>
        </w:rPr>
      </w:pPr>
      <w:r w:rsidRPr="00BE5E24">
        <w:rPr>
          <w:rFonts w:ascii="Meiryo UI" w:eastAsia="Meiryo UI" w:hAnsi="Meiryo UI"/>
          <w:b/>
          <w:color w:val="1F4E79"/>
          <w:sz w:val="26"/>
        </w:rPr>
        <w:t xml:space="preserve">■ </w:t>
      </w:r>
      <w:proofErr w:type="spellStart"/>
      <w:r w:rsidRPr="00BE5E24">
        <w:rPr>
          <w:rFonts w:ascii="Meiryo UI" w:eastAsia="Meiryo UI" w:hAnsi="Meiryo UI"/>
          <w:b/>
          <w:color w:val="1F4E79"/>
          <w:sz w:val="26"/>
        </w:rPr>
        <w:t>注意事項</w:t>
      </w:r>
      <w:proofErr w:type="spellEnd"/>
    </w:p>
    <w:p w14:paraId="211A98D1"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健康に不安のある参加者は事前に医師の診断を受けて、その指示に従ってください。</w:t>
      </w:r>
    </w:p>
    <w:p w14:paraId="146545A6"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安全上、ペースメーカーを装着して参加することは出来ません。</w:t>
      </w:r>
    </w:p>
    <w:p w14:paraId="0C2D9BDE"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運営主体各団体は参加者に対して応急手当以上の責任は負いません。</w:t>
      </w:r>
    </w:p>
    <w:p w14:paraId="4CC14DB8"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未成年者（18歳未満）の参加には保護者の承諾が必要になります。</w:t>
      </w:r>
    </w:p>
    <w:p w14:paraId="2ECF5CEB"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安全確保のため、参加者全員ライフジャケットを着用していただきます。</w:t>
      </w:r>
    </w:p>
    <w:p w14:paraId="642C6B60"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会場は公共の場となりますので周辺住民のみなさま、陸上および水上の通行人のみなさんへのご配慮にご協力お願いいたします。</w:t>
      </w:r>
    </w:p>
    <w:p w14:paraId="17203112"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安全面の配慮により、大会終了まで飲酒は厳禁とします。注意を守れない方がいる場合、参加チームを失格とする場合があるのでご理解ご協力ください。</w:t>
      </w:r>
    </w:p>
    <w:p w14:paraId="4907484B"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江戸川区条例を踏まえ、会場周辺での喫煙は厳禁とします。注意を守れない方がいる場合、参加チームを失格とする場合があるのでご理解ご協力ください。</w:t>
      </w:r>
    </w:p>
    <w:p w14:paraId="376D4D66" w14:textId="77777777" w:rsidR="00EE1509" w:rsidRPr="00BE5E24" w:rsidRDefault="006F4DB8">
      <w:pPr>
        <w:keepNext/>
        <w:pBdr>
          <w:bottom w:val="single" w:sz="12" w:space="4" w:color="1F4E79"/>
        </w:pBdr>
        <w:spacing w:before="280" w:after="120"/>
        <w:rPr>
          <w:rFonts w:ascii="Meiryo UI" w:eastAsia="Meiryo UI" w:hAnsi="Meiryo UI"/>
        </w:rPr>
      </w:pPr>
      <w:r w:rsidRPr="00BE5E24">
        <w:rPr>
          <w:rFonts w:ascii="Meiryo UI" w:eastAsia="Meiryo UI" w:hAnsi="Meiryo UI"/>
          <w:b/>
          <w:color w:val="1F4E79"/>
          <w:sz w:val="26"/>
        </w:rPr>
        <w:lastRenderedPageBreak/>
        <w:t xml:space="preserve">■ </w:t>
      </w:r>
      <w:proofErr w:type="spellStart"/>
      <w:r w:rsidRPr="00BE5E24">
        <w:rPr>
          <w:rFonts w:ascii="Meiryo UI" w:eastAsia="Meiryo UI" w:hAnsi="Meiryo UI"/>
          <w:b/>
          <w:color w:val="1F4E79"/>
          <w:sz w:val="26"/>
        </w:rPr>
        <w:t>大会組織・協力団体</w:t>
      </w:r>
      <w:proofErr w:type="spellEnd"/>
    </w:p>
    <w:p w14:paraId="773F07F6" w14:textId="77777777" w:rsidR="00EE1509" w:rsidRPr="00BE5E24" w:rsidRDefault="006F4DB8">
      <w:pPr>
        <w:pStyle w:val="a0"/>
        <w:spacing w:before="40" w:after="60"/>
        <w:rPr>
          <w:rFonts w:ascii="Meiryo UI" w:eastAsia="Meiryo UI" w:hAnsi="Meiryo UI"/>
          <w:lang w:eastAsia="ja-JP"/>
        </w:rPr>
      </w:pPr>
      <w:r w:rsidRPr="00BE5E24">
        <w:rPr>
          <w:rFonts w:ascii="Meiryo UI" w:eastAsia="Meiryo UI" w:hAnsi="Meiryo UI"/>
          <w:lang w:eastAsia="ja-JP"/>
        </w:rPr>
        <w:t>主催：小松川地区東大島ドラゴンボート大会実行委員会</w:t>
      </w:r>
    </w:p>
    <w:p w14:paraId="48215444" w14:textId="77777777" w:rsidR="00EE1509" w:rsidRPr="00BE5E24" w:rsidRDefault="006F4DB8">
      <w:pPr>
        <w:pStyle w:val="a0"/>
        <w:spacing w:before="40" w:after="60"/>
        <w:rPr>
          <w:rFonts w:ascii="Meiryo UI" w:eastAsia="Meiryo UI" w:hAnsi="Meiryo UI"/>
        </w:rPr>
      </w:pPr>
      <w:proofErr w:type="spellStart"/>
      <w:r w:rsidRPr="00BE5E24">
        <w:rPr>
          <w:rFonts w:ascii="Meiryo UI" w:eastAsia="Meiryo UI" w:hAnsi="Meiryo UI"/>
        </w:rPr>
        <w:t>主管：東京龍舟</w:t>
      </w:r>
      <w:proofErr w:type="spellEnd"/>
    </w:p>
    <w:p w14:paraId="41AA7DC2" w14:textId="77777777" w:rsidR="00EE1509" w:rsidRPr="00BE5E24" w:rsidRDefault="006F4DB8">
      <w:pPr>
        <w:pStyle w:val="a0"/>
        <w:spacing w:before="40" w:after="60"/>
        <w:rPr>
          <w:rFonts w:ascii="Meiryo UI" w:eastAsia="Meiryo UI" w:hAnsi="Meiryo UI"/>
        </w:rPr>
      </w:pPr>
      <w:proofErr w:type="spellStart"/>
      <w:r w:rsidRPr="00BE5E24">
        <w:rPr>
          <w:rFonts w:ascii="Meiryo UI" w:eastAsia="Meiryo UI" w:hAnsi="Meiryo UI"/>
        </w:rPr>
        <w:t>後援：江戸川区小松川地区自治会</w:t>
      </w:r>
      <w:proofErr w:type="spellEnd"/>
    </w:p>
    <w:p w14:paraId="44A75923" w14:textId="77777777" w:rsidR="00EE1509" w:rsidRPr="0087150C" w:rsidRDefault="006F4DB8">
      <w:pPr>
        <w:pStyle w:val="a0"/>
        <w:spacing w:before="40" w:after="60"/>
        <w:rPr>
          <w:rFonts w:ascii="Meiryo UI" w:eastAsia="Meiryo UI" w:hAnsi="Meiryo UI"/>
          <w:lang w:eastAsia="ja-JP"/>
        </w:rPr>
      </w:pPr>
      <w:r w:rsidRPr="00BE5E24">
        <w:rPr>
          <w:rFonts w:ascii="Meiryo UI" w:eastAsia="Meiryo UI" w:hAnsi="Meiryo UI"/>
          <w:lang w:eastAsia="ja-JP"/>
        </w:rPr>
        <w:t>協力：一般社団法人東</w:t>
      </w:r>
      <w:r w:rsidRPr="0087150C">
        <w:rPr>
          <w:rFonts w:ascii="Meiryo UI" w:eastAsia="Meiryo UI" w:hAnsi="Meiryo UI"/>
          <w:lang w:eastAsia="ja-JP"/>
        </w:rPr>
        <w:t>京都ドラゴンボート協会、パルプラザショッピングセンター</w:t>
      </w:r>
    </w:p>
    <w:sectPr w:rsidR="00EE1509" w:rsidRPr="0087150C" w:rsidSect="0003461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8963" w14:textId="77777777" w:rsidR="00593522" w:rsidRDefault="00593522" w:rsidP="0087150C">
      <w:pPr>
        <w:spacing w:after="0" w:line="240" w:lineRule="auto"/>
      </w:pPr>
      <w:r>
        <w:separator/>
      </w:r>
    </w:p>
  </w:endnote>
  <w:endnote w:type="continuationSeparator" w:id="0">
    <w:p w14:paraId="38D1F39A" w14:textId="77777777" w:rsidR="00593522" w:rsidRDefault="00593522" w:rsidP="00871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2A23" w14:textId="77777777" w:rsidR="00593522" w:rsidRDefault="00593522" w:rsidP="0087150C">
      <w:pPr>
        <w:spacing w:after="0" w:line="240" w:lineRule="auto"/>
      </w:pPr>
      <w:r>
        <w:separator/>
      </w:r>
    </w:p>
  </w:footnote>
  <w:footnote w:type="continuationSeparator" w:id="0">
    <w:p w14:paraId="7889A2BC" w14:textId="77777777" w:rsidR="00593522" w:rsidRDefault="00593522" w:rsidP="00871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94140283">
    <w:abstractNumId w:val="8"/>
  </w:num>
  <w:num w:numId="2" w16cid:durableId="1387876273">
    <w:abstractNumId w:val="6"/>
  </w:num>
  <w:num w:numId="3" w16cid:durableId="789323057">
    <w:abstractNumId w:val="5"/>
  </w:num>
  <w:num w:numId="4" w16cid:durableId="733551176">
    <w:abstractNumId w:val="4"/>
  </w:num>
  <w:num w:numId="5" w16cid:durableId="1189103136">
    <w:abstractNumId w:val="7"/>
  </w:num>
  <w:num w:numId="6" w16cid:durableId="932592021">
    <w:abstractNumId w:val="3"/>
  </w:num>
  <w:num w:numId="7" w16cid:durableId="254902014">
    <w:abstractNumId w:val="2"/>
  </w:num>
  <w:num w:numId="8" w16cid:durableId="507184516">
    <w:abstractNumId w:val="1"/>
  </w:num>
  <w:num w:numId="9" w16cid:durableId="79109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5D9"/>
    <w:rsid w:val="0006063C"/>
    <w:rsid w:val="000D5E75"/>
    <w:rsid w:val="000E238E"/>
    <w:rsid w:val="0010783B"/>
    <w:rsid w:val="0015074B"/>
    <w:rsid w:val="001C030C"/>
    <w:rsid w:val="0029639D"/>
    <w:rsid w:val="002D2738"/>
    <w:rsid w:val="00301DFF"/>
    <w:rsid w:val="00326F90"/>
    <w:rsid w:val="003B4E33"/>
    <w:rsid w:val="00593522"/>
    <w:rsid w:val="005A0F08"/>
    <w:rsid w:val="005A6A9B"/>
    <w:rsid w:val="00622406"/>
    <w:rsid w:val="00626EA7"/>
    <w:rsid w:val="00641EC4"/>
    <w:rsid w:val="00681348"/>
    <w:rsid w:val="006A3F49"/>
    <w:rsid w:val="006F4DB8"/>
    <w:rsid w:val="0082065C"/>
    <w:rsid w:val="0087150C"/>
    <w:rsid w:val="00892B9E"/>
    <w:rsid w:val="00AA1D8D"/>
    <w:rsid w:val="00AD414F"/>
    <w:rsid w:val="00AE4D06"/>
    <w:rsid w:val="00B47730"/>
    <w:rsid w:val="00BE5E24"/>
    <w:rsid w:val="00C51960"/>
    <w:rsid w:val="00CB0664"/>
    <w:rsid w:val="00D0403E"/>
    <w:rsid w:val="00DB7A95"/>
    <w:rsid w:val="00EA7355"/>
    <w:rsid w:val="00ED6BA6"/>
    <w:rsid w:val="00EE1509"/>
    <w:rsid w:val="00F217AF"/>
    <w:rsid w:val="00FB5812"/>
    <w:rsid w:val="00FC693F"/>
    <w:rsid w:val="00FC6AA1"/>
    <w:rsid w:val="00FD1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AF5D0BD1-E64D-4207-96AB-BECB135D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メイリオ" w:hAnsi="メイリオ"/>
      <w:color w:val="333333"/>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5A0F08"/>
    <w:rPr>
      <w:color w:val="0000FF" w:themeColor="hyperlink"/>
      <w:u w:val="single"/>
    </w:rPr>
  </w:style>
  <w:style w:type="character" w:styleId="aff0">
    <w:name w:val="Unresolved Mention"/>
    <w:basedOn w:val="a2"/>
    <w:uiPriority w:val="99"/>
    <w:semiHidden/>
    <w:unhideWhenUsed/>
    <w:rsid w:val="005A0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masumi miyazawa</cp:lastModifiedBy>
  <cp:revision>2</cp:revision>
  <dcterms:created xsi:type="dcterms:W3CDTF">2026-08-02T09:45:00Z</dcterms:created>
  <dcterms:modified xsi:type="dcterms:W3CDTF">2026-08-02T09:45:00Z</dcterms:modified>
  <cp:category/>
</cp:coreProperties>
</file>